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DF6993F" w14:textId="77777777" w:rsidR="00204874" w:rsidRDefault="00204874" w:rsidP="00204874">
      <w:pPr>
        <w:pStyle w:val="Heading2"/>
        <w:rPr>
          <w:rFonts w:ascii="Helvetica Neue" w:hAnsi="Helvetica Neue"/>
          <w:color w:val="000000"/>
        </w:rPr>
      </w:pPr>
      <w:r>
        <w:rPr>
          <w:rFonts w:ascii="Helvetica Neue" w:hAnsi="Helvetica Neue"/>
          <w:color w:val="000000"/>
        </w:rPr>
        <w:t>Privacy Policy</w:t>
      </w:r>
    </w:p>
    <w:p w14:paraId="78620304" w14:textId="0AF96CD7" w:rsidR="00204874" w:rsidRDefault="00B50FF0" w:rsidP="00B50FF0">
      <w:pPr>
        <w:pStyle w:val="NormalWeb"/>
        <w:rPr>
          <w:rFonts w:ascii="Helvetica Neue" w:hAnsi="Helvetica Neue"/>
          <w:color w:val="000000"/>
          <w:sz w:val="27"/>
          <w:szCs w:val="27"/>
        </w:rPr>
      </w:pPr>
      <w:r>
        <w:rPr>
          <w:rFonts w:ascii="Helvetica Neue" w:hAnsi="Helvetica Neue"/>
          <w:color w:val="000000"/>
          <w:sz w:val="27"/>
          <w:szCs w:val="27"/>
        </w:rPr>
        <w:t xml:space="preserve">Al </w:t>
      </w:r>
      <w:r w:rsidR="00204874">
        <w:rPr>
          <w:rFonts w:ascii="Helvetica Neue" w:hAnsi="Helvetica Neue"/>
          <w:color w:val="000000"/>
          <w:sz w:val="27"/>
          <w:szCs w:val="27"/>
        </w:rPr>
        <w:t xml:space="preserve">Yamani </w:t>
      </w:r>
      <w:r>
        <w:rPr>
          <w:rFonts w:ascii="Helvetica Neue" w:hAnsi="Helvetica Neue"/>
          <w:color w:val="000000"/>
          <w:sz w:val="27"/>
          <w:szCs w:val="27"/>
        </w:rPr>
        <w:t xml:space="preserve">Foundation for Media Production </w:t>
      </w:r>
      <w:r w:rsidR="00204874">
        <w:rPr>
          <w:rFonts w:ascii="Helvetica Neue" w:hAnsi="Helvetica Neue"/>
          <w:color w:val="000000"/>
          <w:sz w:val="27"/>
          <w:szCs w:val="27"/>
        </w:rPr>
        <w:t xml:space="preserve">built </w:t>
      </w:r>
      <w:r w:rsidR="00D954DD">
        <w:rPr>
          <w:rFonts w:ascii="Helvetica Neue" w:hAnsi="Helvetica Neue"/>
          <w:color w:val="000000"/>
          <w:sz w:val="27"/>
          <w:szCs w:val="27"/>
        </w:rPr>
        <w:t xml:space="preserve">the </w:t>
      </w:r>
      <w:r w:rsidR="00D954DD">
        <w:rPr>
          <w:rFonts w:ascii="Helvetica Neue" w:hAnsi="Helvetica Neue" w:hint="cs"/>
          <w:color w:val="000000"/>
          <w:sz w:val="27"/>
          <w:szCs w:val="27"/>
          <w:rtl/>
        </w:rPr>
        <w:t>الحلال من الحيوان</w:t>
      </w:r>
      <w:r w:rsidR="00D954DD">
        <w:rPr>
          <w:rFonts w:ascii="Helvetica Neue" w:hAnsi="Helvetica Neue"/>
          <w:color w:val="000000"/>
          <w:sz w:val="27"/>
          <w:szCs w:val="27"/>
        </w:rPr>
        <w:t xml:space="preserve"> </w:t>
      </w:r>
      <w:r w:rsidR="00204874">
        <w:rPr>
          <w:rFonts w:ascii="Helvetica Neue" w:hAnsi="Helvetica Neue"/>
          <w:color w:val="000000"/>
          <w:sz w:val="27"/>
          <w:szCs w:val="27"/>
        </w:rPr>
        <w:t xml:space="preserve">app as a Free app. This SERVICE is provided by </w:t>
      </w:r>
      <w:r>
        <w:rPr>
          <w:rFonts w:ascii="Helvetica Neue" w:hAnsi="Helvetica Neue"/>
          <w:color w:val="000000"/>
          <w:sz w:val="27"/>
          <w:szCs w:val="27"/>
        </w:rPr>
        <w:t>Al Yamani Foundation for Media Production</w:t>
      </w:r>
      <w:r w:rsidR="00204874">
        <w:rPr>
          <w:rFonts w:ascii="Helvetica Neue" w:hAnsi="Helvetica Neue"/>
          <w:color w:val="000000"/>
          <w:sz w:val="27"/>
          <w:szCs w:val="27"/>
        </w:rPr>
        <w:t xml:space="preserve"> at no cost and is intended for use as is.</w:t>
      </w:r>
    </w:p>
    <w:p w14:paraId="631A977A" w14:textId="77777777" w:rsidR="00204874" w:rsidRDefault="00204874" w:rsidP="00204874">
      <w:pPr>
        <w:pStyle w:val="NormalWeb"/>
        <w:rPr>
          <w:rFonts w:ascii="Helvetica Neue" w:hAnsi="Helvetica Neue"/>
          <w:color w:val="000000"/>
          <w:sz w:val="27"/>
          <w:szCs w:val="27"/>
        </w:rPr>
      </w:pPr>
      <w:r>
        <w:rPr>
          <w:rFonts w:ascii="Helvetica Neue" w:hAnsi="Helvetica Neue"/>
          <w:color w:val="000000"/>
          <w:sz w:val="27"/>
          <w:szCs w:val="27"/>
        </w:rPr>
        <w:t>This page is used to inform visitors regarding our policies with the collection, use, and disclosure of Personal Information if anyone decided to use our Service.</w:t>
      </w:r>
    </w:p>
    <w:p w14:paraId="0E321A3C" w14:textId="77777777" w:rsidR="00204874" w:rsidRDefault="00204874" w:rsidP="00204874">
      <w:pPr>
        <w:pStyle w:val="NormalWeb"/>
        <w:rPr>
          <w:rFonts w:ascii="Helvetica Neue" w:hAnsi="Helvetica Neue"/>
          <w:color w:val="000000"/>
          <w:sz w:val="27"/>
          <w:szCs w:val="27"/>
        </w:rPr>
      </w:pPr>
      <w:r>
        <w:rPr>
          <w:rFonts w:ascii="Helvetica Neue" w:hAnsi="Helvetica Neue"/>
          <w:color w:val="000000"/>
          <w:sz w:val="27"/>
          <w:szCs w:val="27"/>
        </w:rPr>
        <w:t>If you choose to use our Service, then you agree to the collection and use of information in relation to this policy. The Personal Information that we collect is used for providing and improving the Service. We will not use or share your information with anyone except as described in this Privacy Policy.</w:t>
      </w:r>
    </w:p>
    <w:p w14:paraId="33252D64" w14:textId="055E9635" w:rsidR="00204874" w:rsidRDefault="00204874" w:rsidP="00204874">
      <w:pPr>
        <w:pStyle w:val="NormalWeb"/>
        <w:rPr>
          <w:rFonts w:ascii="Helvetica Neue" w:hAnsi="Helvetica Neue"/>
          <w:color w:val="000000"/>
          <w:sz w:val="27"/>
          <w:szCs w:val="27"/>
        </w:rPr>
      </w:pPr>
      <w:r>
        <w:rPr>
          <w:rFonts w:ascii="Helvetica Neue" w:hAnsi="Helvetica Neue"/>
          <w:color w:val="000000"/>
          <w:sz w:val="27"/>
          <w:szCs w:val="27"/>
        </w:rPr>
        <w:t xml:space="preserve">The terms used in this Privacy Policy have the same meanings as in our Terms and Conditions, which is accessible </w:t>
      </w:r>
      <w:r w:rsidR="0025522F">
        <w:rPr>
          <w:rFonts w:ascii="Helvetica Neue" w:hAnsi="Helvetica Neue"/>
          <w:color w:val="000000"/>
          <w:sz w:val="27"/>
          <w:szCs w:val="27"/>
        </w:rPr>
        <w:t xml:space="preserve">at </w:t>
      </w:r>
      <w:r w:rsidR="0025522F">
        <w:rPr>
          <w:rFonts w:ascii="Helvetica Neue" w:hAnsi="Helvetica Neue" w:hint="cs"/>
          <w:color w:val="000000"/>
          <w:sz w:val="27"/>
          <w:szCs w:val="27"/>
          <w:rtl/>
        </w:rPr>
        <w:t>الحلال</w:t>
      </w:r>
      <w:r w:rsidR="00C46699">
        <w:rPr>
          <w:rFonts w:ascii="Helvetica Neue" w:hAnsi="Helvetica Neue" w:hint="cs"/>
          <w:color w:val="000000"/>
          <w:sz w:val="27"/>
          <w:szCs w:val="27"/>
          <w:rtl/>
        </w:rPr>
        <w:t xml:space="preserve"> من الحيوان</w:t>
      </w:r>
      <w:r w:rsidR="0025522F">
        <w:rPr>
          <w:rFonts w:ascii="Helvetica Neue" w:hAnsi="Helvetica Neue"/>
          <w:color w:val="000000"/>
          <w:sz w:val="27"/>
          <w:szCs w:val="27"/>
        </w:rPr>
        <w:t xml:space="preserve"> </w:t>
      </w:r>
      <w:bookmarkStart w:id="0" w:name="_GoBack"/>
      <w:bookmarkEnd w:id="0"/>
      <w:r>
        <w:rPr>
          <w:rFonts w:ascii="Helvetica Neue" w:hAnsi="Helvetica Neue"/>
          <w:color w:val="000000"/>
          <w:sz w:val="27"/>
          <w:szCs w:val="27"/>
        </w:rPr>
        <w:t>unless otherwise defined in this Privacy Policy.</w:t>
      </w:r>
    </w:p>
    <w:p w14:paraId="344B14A5" w14:textId="77777777" w:rsidR="00204874" w:rsidRDefault="00204874" w:rsidP="00204874">
      <w:pPr>
        <w:pStyle w:val="NormalWeb"/>
        <w:rPr>
          <w:rFonts w:ascii="Helvetica Neue" w:hAnsi="Helvetica Neue"/>
          <w:color w:val="000000"/>
          <w:sz w:val="27"/>
          <w:szCs w:val="27"/>
        </w:rPr>
      </w:pPr>
      <w:r>
        <w:rPr>
          <w:rStyle w:val="Strong"/>
          <w:rFonts w:ascii="Helvetica Neue" w:eastAsiaTheme="majorEastAsia" w:hAnsi="Helvetica Neue"/>
          <w:color w:val="000000"/>
          <w:sz w:val="27"/>
          <w:szCs w:val="27"/>
        </w:rPr>
        <w:t>Information Collection and Use</w:t>
      </w:r>
    </w:p>
    <w:p w14:paraId="19A2B51E" w14:textId="7624D779" w:rsidR="005055B6" w:rsidRDefault="005055B6" w:rsidP="005055B6">
      <w:pPr>
        <w:pStyle w:val="NormalWeb"/>
        <w:rPr>
          <w:rFonts w:ascii="Helvetica Neue" w:hAnsi="Helvetica Neue"/>
          <w:color w:val="000000"/>
          <w:sz w:val="27"/>
          <w:szCs w:val="27"/>
        </w:rPr>
      </w:pPr>
      <w:r>
        <w:rPr>
          <w:rFonts w:ascii="Helvetica Neue" w:hAnsi="Helvetica Neue"/>
          <w:color w:val="000000"/>
          <w:sz w:val="27"/>
          <w:szCs w:val="27"/>
        </w:rPr>
        <w:t>For a better experience, while using our Service, we may require you to provide us with certain personally identifiable information, including but not limited to No information is collected from the users as its a free application and doesn't require any l</w:t>
      </w:r>
      <w:r w:rsidR="00E32964">
        <w:rPr>
          <w:rFonts w:ascii="Helvetica Neue" w:hAnsi="Helvetica Neue"/>
          <w:color w:val="000000"/>
          <w:sz w:val="27"/>
          <w:szCs w:val="27"/>
        </w:rPr>
        <w:t xml:space="preserve">ogins. </w:t>
      </w:r>
      <w:r>
        <w:rPr>
          <w:rFonts w:ascii="Helvetica Neue" w:hAnsi="Helvetica Neue"/>
          <w:color w:val="000000"/>
          <w:sz w:val="27"/>
          <w:szCs w:val="27"/>
        </w:rPr>
        <w:t>The information that we request will be retained by us and used as described in this privacy policy.</w:t>
      </w:r>
    </w:p>
    <w:p w14:paraId="120B0D27" w14:textId="77777777" w:rsidR="005055B6" w:rsidRDefault="005055B6" w:rsidP="005055B6">
      <w:pPr>
        <w:pStyle w:val="NormalWeb"/>
        <w:rPr>
          <w:rFonts w:ascii="Helvetica Neue" w:hAnsi="Helvetica Neue"/>
          <w:color w:val="000000"/>
          <w:sz w:val="27"/>
          <w:szCs w:val="27"/>
        </w:rPr>
      </w:pPr>
      <w:r>
        <w:rPr>
          <w:rFonts w:ascii="Helvetica Neue" w:hAnsi="Helvetica Neue"/>
          <w:color w:val="000000"/>
          <w:sz w:val="27"/>
          <w:szCs w:val="27"/>
        </w:rPr>
        <w:lastRenderedPageBreak/>
        <w:t>The app does use third party services that may collect information used to identify you.</w:t>
      </w:r>
    </w:p>
    <w:p w14:paraId="4D044F0F" w14:textId="77777777" w:rsidR="005055B6" w:rsidRDefault="005055B6" w:rsidP="005055B6">
      <w:pPr>
        <w:pStyle w:val="NormalWeb"/>
        <w:rPr>
          <w:rFonts w:ascii="Helvetica Neue" w:hAnsi="Helvetica Neue"/>
          <w:color w:val="000000"/>
          <w:sz w:val="27"/>
          <w:szCs w:val="27"/>
        </w:rPr>
      </w:pPr>
      <w:r>
        <w:rPr>
          <w:rFonts w:ascii="Helvetica Neue" w:hAnsi="Helvetica Neue"/>
          <w:color w:val="000000"/>
          <w:sz w:val="27"/>
          <w:szCs w:val="27"/>
        </w:rPr>
        <w:t>Link to privacy policy of third party service providers used by the app</w:t>
      </w:r>
    </w:p>
    <w:p w14:paraId="3959CDA3" w14:textId="77777777" w:rsidR="005055B6" w:rsidRDefault="0025522F" w:rsidP="005055B6">
      <w:pPr>
        <w:numPr>
          <w:ilvl w:val="0"/>
          <w:numId w:val="13"/>
        </w:numPr>
        <w:spacing w:before="100" w:beforeAutospacing="1" w:after="100" w:afterAutospacing="1" w:line="240" w:lineRule="auto"/>
        <w:rPr>
          <w:rFonts w:ascii="Helvetica Neue" w:hAnsi="Helvetica Neue"/>
          <w:color w:val="000000"/>
          <w:sz w:val="27"/>
          <w:szCs w:val="27"/>
        </w:rPr>
      </w:pPr>
      <w:hyperlink r:id="rId6" w:tgtFrame="_blank" w:history="1">
        <w:r w:rsidR="005055B6">
          <w:rPr>
            <w:rStyle w:val="Hyperlink"/>
            <w:rFonts w:ascii="Helvetica Neue" w:hAnsi="Helvetica Neue"/>
            <w:sz w:val="27"/>
            <w:szCs w:val="27"/>
          </w:rPr>
          <w:t>Google Play Services</w:t>
        </w:r>
      </w:hyperlink>
    </w:p>
    <w:p w14:paraId="5A716EC0" w14:textId="77777777" w:rsidR="00204874" w:rsidRDefault="00204874" w:rsidP="00204874">
      <w:pPr>
        <w:pStyle w:val="NormalWeb"/>
        <w:rPr>
          <w:rFonts w:ascii="Helvetica Neue" w:hAnsi="Helvetica Neue"/>
          <w:color w:val="000000"/>
          <w:sz w:val="27"/>
          <w:szCs w:val="27"/>
        </w:rPr>
      </w:pPr>
      <w:r>
        <w:rPr>
          <w:rStyle w:val="Strong"/>
          <w:rFonts w:ascii="Helvetica Neue" w:eastAsiaTheme="majorEastAsia" w:hAnsi="Helvetica Neue"/>
          <w:color w:val="000000"/>
          <w:sz w:val="27"/>
          <w:szCs w:val="27"/>
        </w:rPr>
        <w:t>Log Data</w:t>
      </w:r>
    </w:p>
    <w:p w14:paraId="4CB2906B" w14:textId="77777777" w:rsidR="00204874" w:rsidRDefault="00204874" w:rsidP="00204874">
      <w:pPr>
        <w:pStyle w:val="NormalWeb"/>
        <w:rPr>
          <w:rFonts w:ascii="Helvetica Neue" w:hAnsi="Helvetica Neue"/>
          <w:color w:val="000000"/>
          <w:sz w:val="27"/>
          <w:szCs w:val="27"/>
        </w:rPr>
      </w:pPr>
      <w:r>
        <w:rPr>
          <w:rFonts w:ascii="Helvetica Neue" w:hAnsi="Helvetica Neue"/>
          <w:color w:val="000000"/>
          <w:sz w:val="27"/>
          <w:szCs w:val="27"/>
        </w:rPr>
        <w:t>We want to inform you that whenever you use our Service, in a case of an error in the app we collect data and information (through third party products) on your phone called Log Data. This Log Data may include information such as your device Internet Protocol (“IP”) address, device name, operating system version, the configuration of the app when utilizing our Service, the time and date of your use of the Service, and other statistics.</w:t>
      </w:r>
    </w:p>
    <w:p w14:paraId="795B3C73" w14:textId="77777777" w:rsidR="00204874" w:rsidRDefault="00204874" w:rsidP="00204874">
      <w:pPr>
        <w:pStyle w:val="NormalWeb"/>
        <w:rPr>
          <w:rFonts w:ascii="Helvetica Neue" w:hAnsi="Helvetica Neue"/>
          <w:color w:val="000000"/>
          <w:sz w:val="27"/>
          <w:szCs w:val="27"/>
        </w:rPr>
      </w:pPr>
      <w:r>
        <w:rPr>
          <w:rStyle w:val="Strong"/>
          <w:rFonts w:ascii="Helvetica Neue" w:eastAsiaTheme="majorEastAsia" w:hAnsi="Helvetica Neue"/>
          <w:color w:val="000000"/>
          <w:sz w:val="27"/>
          <w:szCs w:val="27"/>
        </w:rPr>
        <w:t>Cookies</w:t>
      </w:r>
    </w:p>
    <w:p w14:paraId="3C2AF0FA" w14:textId="77777777" w:rsidR="00204874" w:rsidRDefault="00204874" w:rsidP="00204874">
      <w:pPr>
        <w:pStyle w:val="NormalWeb"/>
        <w:rPr>
          <w:rFonts w:ascii="Helvetica Neue" w:hAnsi="Helvetica Neue"/>
          <w:color w:val="000000"/>
          <w:sz w:val="27"/>
          <w:szCs w:val="27"/>
        </w:rPr>
      </w:pPr>
      <w:r>
        <w:rPr>
          <w:rFonts w:ascii="Helvetica Neue" w:hAnsi="Helvetica Neue"/>
          <w:color w:val="000000"/>
          <w:sz w:val="27"/>
          <w:szCs w:val="27"/>
        </w:rPr>
        <w:t>Cookies are files with a small amount of data that are commonly used as anonymous unique identifiers. These are sent to your browser from the websites that you visit and are stored on your device's internal memory.</w:t>
      </w:r>
    </w:p>
    <w:p w14:paraId="566B818F" w14:textId="77777777" w:rsidR="00204874" w:rsidRDefault="00204874" w:rsidP="00204874">
      <w:pPr>
        <w:pStyle w:val="NormalWeb"/>
        <w:rPr>
          <w:rFonts w:ascii="Helvetica Neue" w:hAnsi="Helvetica Neue"/>
          <w:color w:val="000000"/>
          <w:sz w:val="27"/>
          <w:szCs w:val="27"/>
        </w:rPr>
      </w:pPr>
      <w:r>
        <w:rPr>
          <w:rFonts w:ascii="Helvetica Neue" w:hAnsi="Helvetica Neue"/>
          <w:color w:val="000000"/>
          <w:sz w:val="27"/>
          <w:szCs w:val="27"/>
        </w:rPr>
        <w:t>This Service does not use these “cookies” explicitly. However, the app may use third party code and libraries that use “cookies” to collect information and improve their services. You have the option to either accept or refuse these cookies and know when a cookie is being sent to your device. If you choose to refuse our cookies, you may not be able to use some portions of this Service.</w:t>
      </w:r>
    </w:p>
    <w:p w14:paraId="75562383" w14:textId="77777777" w:rsidR="00204874" w:rsidRDefault="00204874" w:rsidP="00204874">
      <w:pPr>
        <w:pStyle w:val="NormalWeb"/>
        <w:rPr>
          <w:rFonts w:ascii="Helvetica Neue" w:hAnsi="Helvetica Neue"/>
          <w:color w:val="000000"/>
          <w:sz w:val="27"/>
          <w:szCs w:val="27"/>
        </w:rPr>
      </w:pPr>
      <w:r>
        <w:rPr>
          <w:rStyle w:val="Strong"/>
          <w:rFonts w:ascii="Helvetica Neue" w:eastAsiaTheme="majorEastAsia" w:hAnsi="Helvetica Neue"/>
          <w:color w:val="000000"/>
          <w:sz w:val="27"/>
          <w:szCs w:val="27"/>
        </w:rPr>
        <w:lastRenderedPageBreak/>
        <w:t>Service Providers</w:t>
      </w:r>
    </w:p>
    <w:p w14:paraId="049D4D42" w14:textId="77777777" w:rsidR="00204874" w:rsidRDefault="00204874" w:rsidP="00204874">
      <w:pPr>
        <w:pStyle w:val="NormalWeb"/>
        <w:rPr>
          <w:rFonts w:ascii="Helvetica Neue" w:hAnsi="Helvetica Neue"/>
          <w:color w:val="000000"/>
          <w:sz w:val="27"/>
          <w:szCs w:val="27"/>
        </w:rPr>
      </w:pPr>
      <w:r>
        <w:rPr>
          <w:rFonts w:ascii="Helvetica Neue" w:hAnsi="Helvetica Neue"/>
          <w:color w:val="000000"/>
          <w:sz w:val="27"/>
          <w:szCs w:val="27"/>
        </w:rPr>
        <w:t>We may employ third-party companies and individuals due to the following reasons:</w:t>
      </w:r>
    </w:p>
    <w:p w14:paraId="21A98969" w14:textId="77777777" w:rsidR="00204874" w:rsidRDefault="00204874" w:rsidP="00204874">
      <w:pPr>
        <w:numPr>
          <w:ilvl w:val="0"/>
          <w:numId w:val="12"/>
        </w:numPr>
        <w:spacing w:before="100" w:beforeAutospacing="1" w:after="100" w:afterAutospacing="1" w:line="240" w:lineRule="auto"/>
        <w:rPr>
          <w:rFonts w:ascii="Helvetica Neue" w:hAnsi="Helvetica Neue"/>
          <w:color w:val="000000"/>
          <w:sz w:val="27"/>
          <w:szCs w:val="27"/>
        </w:rPr>
      </w:pPr>
      <w:r>
        <w:rPr>
          <w:rFonts w:ascii="Helvetica Neue" w:hAnsi="Helvetica Neue"/>
          <w:color w:val="000000"/>
          <w:sz w:val="27"/>
          <w:szCs w:val="27"/>
        </w:rPr>
        <w:t>To facilitate our Service;</w:t>
      </w:r>
    </w:p>
    <w:p w14:paraId="00094FF9" w14:textId="77777777" w:rsidR="00204874" w:rsidRDefault="00204874" w:rsidP="00204874">
      <w:pPr>
        <w:numPr>
          <w:ilvl w:val="0"/>
          <w:numId w:val="12"/>
        </w:numPr>
        <w:spacing w:before="100" w:beforeAutospacing="1" w:after="100" w:afterAutospacing="1" w:line="240" w:lineRule="auto"/>
        <w:rPr>
          <w:rFonts w:ascii="Helvetica Neue" w:hAnsi="Helvetica Neue"/>
          <w:color w:val="000000"/>
          <w:sz w:val="27"/>
          <w:szCs w:val="27"/>
        </w:rPr>
      </w:pPr>
      <w:r>
        <w:rPr>
          <w:rFonts w:ascii="Helvetica Neue" w:hAnsi="Helvetica Neue"/>
          <w:color w:val="000000"/>
          <w:sz w:val="27"/>
          <w:szCs w:val="27"/>
        </w:rPr>
        <w:t>To provide the Service on our behalf;</w:t>
      </w:r>
    </w:p>
    <w:p w14:paraId="004DBA3C" w14:textId="77777777" w:rsidR="00204874" w:rsidRDefault="00204874" w:rsidP="00204874">
      <w:pPr>
        <w:numPr>
          <w:ilvl w:val="0"/>
          <w:numId w:val="12"/>
        </w:numPr>
        <w:spacing w:before="100" w:beforeAutospacing="1" w:after="100" w:afterAutospacing="1" w:line="240" w:lineRule="auto"/>
        <w:rPr>
          <w:rFonts w:ascii="Helvetica Neue" w:hAnsi="Helvetica Neue"/>
          <w:color w:val="000000"/>
          <w:sz w:val="27"/>
          <w:szCs w:val="27"/>
        </w:rPr>
      </w:pPr>
      <w:r>
        <w:rPr>
          <w:rFonts w:ascii="Helvetica Neue" w:hAnsi="Helvetica Neue"/>
          <w:color w:val="000000"/>
          <w:sz w:val="27"/>
          <w:szCs w:val="27"/>
        </w:rPr>
        <w:t>To perform Service-related services; or</w:t>
      </w:r>
    </w:p>
    <w:p w14:paraId="40EE3ACF" w14:textId="77777777" w:rsidR="00204874" w:rsidRDefault="00204874" w:rsidP="00204874">
      <w:pPr>
        <w:numPr>
          <w:ilvl w:val="0"/>
          <w:numId w:val="12"/>
        </w:numPr>
        <w:spacing w:before="100" w:beforeAutospacing="1" w:after="100" w:afterAutospacing="1" w:line="240" w:lineRule="auto"/>
        <w:rPr>
          <w:rFonts w:ascii="Helvetica Neue" w:hAnsi="Helvetica Neue"/>
          <w:color w:val="000000"/>
          <w:sz w:val="27"/>
          <w:szCs w:val="27"/>
        </w:rPr>
      </w:pPr>
      <w:r>
        <w:rPr>
          <w:rFonts w:ascii="Helvetica Neue" w:hAnsi="Helvetica Neue"/>
          <w:color w:val="000000"/>
          <w:sz w:val="27"/>
          <w:szCs w:val="27"/>
        </w:rPr>
        <w:t>To assist us in analyzing how our Service is used.</w:t>
      </w:r>
    </w:p>
    <w:p w14:paraId="0E52E260" w14:textId="77777777" w:rsidR="00204874" w:rsidRDefault="00204874" w:rsidP="00204874">
      <w:pPr>
        <w:pStyle w:val="NormalWeb"/>
        <w:rPr>
          <w:rFonts w:ascii="Helvetica Neue" w:hAnsi="Helvetica Neue"/>
          <w:color w:val="000000"/>
          <w:sz w:val="27"/>
          <w:szCs w:val="27"/>
        </w:rPr>
      </w:pPr>
      <w:r>
        <w:rPr>
          <w:rFonts w:ascii="Helvetica Neue" w:hAnsi="Helvetica Neue"/>
          <w:color w:val="000000"/>
          <w:sz w:val="27"/>
          <w:szCs w:val="27"/>
        </w:rPr>
        <w:t>We want to inform users of this Service that these third parties have access to your Personal Information. The reason is to perform the tasks assigned to them on our behalf. However, they are obligated not to disclose or use the information for any other purpose.</w:t>
      </w:r>
    </w:p>
    <w:p w14:paraId="1CC32CC2" w14:textId="77777777" w:rsidR="00204874" w:rsidRDefault="00204874" w:rsidP="00204874">
      <w:pPr>
        <w:pStyle w:val="NormalWeb"/>
        <w:rPr>
          <w:rFonts w:ascii="Helvetica Neue" w:hAnsi="Helvetica Neue"/>
          <w:color w:val="000000"/>
          <w:sz w:val="27"/>
          <w:szCs w:val="27"/>
        </w:rPr>
      </w:pPr>
      <w:r>
        <w:rPr>
          <w:rStyle w:val="Strong"/>
          <w:rFonts w:ascii="Helvetica Neue" w:eastAsiaTheme="majorEastAsia" w:hAnsi="Helvetica Neue"/>
          <w:color w:val="000000"/>
          <w:sz w:val="27"/>
          <w:szCs w:val="27"/>
        </w:rPr>
        <w:t>Security</w:t>
      </w:r>
    </w:p>
    <w:p w14:paraId="0698C494" w14:textId="77777777" w:rsidR="00204874" w:rsidRDefault="00204874" w:rsidP="00204874">
      <w:pPr>
        <w:pStyle w:val="NormalWeb"/>
        <w:rPr>
          <w:rFonts w:ascii="Helvetica Neue" w:hAnsi="Helvetica Neue"/>
          <w:color w:val="000000"/>
          <w:sz w:val="27"/>
          <w:szCs w:val="27"/>
        </w:rPr>
      </w:pPr>
      <w:r>
        <w:rPr>
          <w:rFonts w:ascii="Helvetica Neue" w:hAnsi="Helvetica Neue"/>
          <w:color w:val="000000"/>
          <w:sz w:val="27"/>
          <w:szCs w:val="27"/>
        </w:rPr>
        <w:t>We value your trust in providing us your Personal Information, thus we are striving to use commercially acceptable means of protecting it. But remember that no method of transmission over the internet, or method of electronic storage is 100% secure and reliable, and we cannot guarantee its absolute security.</w:t>
      </w:r>
    </w:p>
    <w:p w14:paraId="2DBA1ACA" w14:textId="77777777" w:rsidR="00204874" w:rsidRDefault="00204874" w:rsidP="00204874">
      <w:pPr>
        <w:pStyle w:val="NormalWeb"/>
        <w:rPr>
          <w:rFonts w:ascii="Helvetica Neue" w:hAnsi="Helvetica Neue"/>
          <w:color w:val="000000"/>
          <w:sz w:val="27"/>
          <w:szCs w:val="27"/>
        </w:rPr>
      </w:pPr>
      <w:r>
        <w:rPr>
          <w:rStyle w:val="Strong"/>
          <w:rFonts w:ascii="Helvetica Neue" w:eastAsiaTheme="majorEastAsia" w:hAnsi="Helvetica Neue"/>
          <w:color w:val="000000"/>
          <w:sz w:val="27"/>
          <w:szCs w:val="27"/>
        </w:rPr>
        <w:t>Links to Other Sites</w:t>
      </w:r>
    </w:p>
    <w:p w14:paraId="57A273A0" w14:textId="77777777" w:rsidR="00204874" w:rsidRDefault="00204874" w:rsidP="00204874">
      <w:pPr>
        <w:pStyle w:val="NormalWeb"/>
        <w:rPr>
          <w:rFonts w:ascii="Helvetica Neue" w:hAnsi="Helvetica Neue"/>
          <w:color w:val="000000"/>
          <w:sz w:val="27"/>
          <w:szCs w:val="27"/>
        </w:rPr>
      </w:pPr>
      <w:r>
        <w:rPr>
          <w:rFonts w:ascii="Helvetica Neue" w:hAnsi="Helvetica Neue"/>
          <w:color w:val="000000"/>
          <w:sz w:val="27"/>
          <w:szCs w:val="27"/>
        </w:rPr>
        <w:t xml:space="preserve">This Service may contain links to other sites. If you click on a third-party link, you will be directed to that site. Note that these external sites are not operated by us. Therefore, we strongly advise you to review the Privacy Policy of these websites. We have no control over </w:t>
      </w:r>
      <w:r>
        <w:rPr>
          <w:rFonts w:ascii="Helvetica Neue" w:hAnsi="Helvetica Neue"/>
          <w:color w:val="000000"/>
          <w:sz w:val="27"/>
          <w:szCs w:val="27"/>
        </w:rPr>
        <w:lastRenderedPageBreak/>
        <w:t>and assume no responsibility for the content, privacy policies, or practices of any third-party sites or services.</w:t>
      </w:r>
    </w:p>
    <w:p w14:paraId="0E3A9C77" w14:textId="77777777" w:rsidR="00204874" w:rsidRDefault="00204874" w:rsidP="00204874">
      <w:pPr>
        <w:pStyle w:val="NormalWeb"/>
        <w:rPr>
          <w:rFonts w:ascii="Helvetica Neue" w:hAnsi="Helvetica Neue"/>
          <w:color w:val="000000"/>
          <w:sz w:val="27"/>
          <w:szCs w:val="27"/>
        </w:rPr>
      </w:pPr>
      <w:r>
        <w:rPr>
          <w:rStyle w:val="Strong"/>
          <w:rFonts w:ascii="Helvetica Neue" w:eastAsiaTheme="majorEastAsia" w:hAnsi="Helvetica Neue"/>
          <w:color w:val="000000"/>
          <w:sz w:val="27"/>
          <w:szCs w:val="27"/>
        </w:rPr>
        <w:t>Children’s Privacy</w:t>
      </w:r>
    </w:p>
    <w:p w14:paraId="799144D0" w14:textId="35368440" w:rsidR="00204874" w:rsidRDefault="00204874" w:rsidP="00981BE0">
      <w:pPr>
        <w:pStyle w:val="NormalWeb"/>
        <w:rPr>
          <w:rFonts w:ascii="Helvetica Neue" w:hAnsi="Helvetica Neue"/>
          <w:color w:val="000000"/>
          <w:sz w:val="27"/>
          <w:szCs w:val="27"/>
        </w:rPr>
      </w:pPr>
      <w:r>
        <w:rPr>
          <w:rFonts w:ascii="Helvetica Neue" w:hAnsi="Helvetica Neue"/>
          <w:color w:val="000000"/>
          <w:sz w:val="27"/>
          <w:szCs w:val="27"/>
        </w:rPr>
        <w:t xml:space="preserve">These Services do not address anyone under the age of </w:t>
      </w:r>
      <w:r w:rsidR="00D72F95">
        <w:rPr>
          <w:rFonts w:ascii="Helvetica Neue" w:hAnsi="Helvetica Neue"/>
          <w:color w:val="000000"/>
          <w:sz w:val="27"/>
          <w:szCs w:val="27"/>
        </w:rPr>
        <w:t>9</w:t>
      </w:r>
      <w:r>
        <w:rPr>
          <w:rFonts w:ascii="Helvetica Neue" w:hAnsi="Helvetica Neue"/>
          <w:color w:val="000000"/>
          <w:sz w:val="27"/>
          <w:szCs w:val="27"/>
        </w:rPr>
        <w:t xml:space="preserve">. We do not knowingly collect personally identifiable information from children under </w:t>
      </w:r>
      <w:r w:rsidR="00981BE0">
        <w:rPr>
          <w:rFonts w:ascii="Helvetica Neue" w:hAnsi="Helvetica Neue"/>
          <w:color w:val="000000"/>
          <w:sz w:val="27"/>
          <w:szCs w:val="27"/>
        </w:rPr>
        <w:t>9</w:t>
      </w:r>
      <w:r>
        <w:rPr>
          <w:rFonts w:ascii="Helvetica Neue" w:hAnsi="Helvetica Neue"/>
          <w:color w:val="000000"/>
          <w:sz w:val="27"/>
          <w:szCs w:val="27"/>
        </w:rPr>
        <w:t xml:space="preserve">. In the case we discover that a child under </w:t>
      </w:r>
      <w:r w:rsidR="00981BE0">
        <w:rPr>
          <w:rFonts w:ascii="Helvetica Neue" w:hAnsi="Helvetica Neue"/>
          <w:color w:val="000000"/>
          <w:sz w:val="27"/>
          <w:szCs w:val="27"/>
        </w:rPr>
        <w:t>9</w:t>
      </w:r>
      <w:r>
        <w:rPr>
          <w:rFonts w:ascii="Helvetica Neue" w:hAnsi="Helvetica Neue"/>
          <w:color w:val="000000"/>
          <w:sz w:val="27"/>
          <w:szCs w:val="27"/>
        </w:rPr>
        <w:t xml:space="preserve"> has provided us with personal information, we immediately delete this from our servers. If you are a parent or guardian and you are aware that your child has provided us with personal information, please contact us so that we will be able to do necessary actions.</w:t>
      </w:r>
    </w:p>
    <w:p w14:paraId="5509D99F" w14:textId="77777777" w:rsidR="00204874" w:rsidRDefault="00204874" w:rsidP="00204874">
      <w:pPr>
        <w:pStyle w:val="NormalWeb"/>
        <w:rPr>
          <w:rFonts w:ascii="Helvetica Neue" w:hAnsi="Helvetica Neue"/>
          <w:color w:val="000000"/>
          <w:sz w:val="27"/>
          <w:szCs w:val="27"/>
        </w:rPr>
      </w:pPr>
      <w:r>
        <w:rPr>
          <w:rStyle w:val="Strong"/>
          <w:rFonts w:ascii="Helvetica Neue" w:eastAsiaTheme="majorEastAsia" w:hAnsi="Helvetica Neue"/>
          <w:color w:val="000000"/>
          <w:sz w:val="27"/>
          <w:szCs w:val="27"/>
        </w:rPr>
        <w:t>Changes to This Privacy Policy</w:t>
      </w:r>
    </w:p>
    <w:p w14:paraId="75EE7E8D" w14:textId="77777777" w:rsidR="00204874" w:rsidRDefault="00204874" w:rsidP="00204874">
      <w:pPr>
        <w:pStyle w:val="NormalWeb"/>
        <w:rPr>
          <w:rFonts w:ascii="Helvetica Neue" w:hAnsi="Helvetica Neue"/>
          <w:color w:val="000000"/>
          <w:sz w:val="27"/>
          <w:szCs w:val="27"/>
        </w:rPr>
      </w:pPr>
      <w:r>
        <w:rPr>
          <w:rFonts w:ascii="Helvetica Neue" w:hAnsi="Helvetica Neue"/>
          <w:color w:val="000000"/>
          <w:sz w:val="27"/>
          <w:szCs w:val="27"/>
        </w:rPr>
        <w:t>We may update our Privacy Policy from time to time. Thus, you are advised to review this page periodically for any changes. We will notify you of any changes by posting the new Privacy Policy on this page. These changes are effective immediately after they are posted on this page.</w:t>
      </w:r>
    </w:p>
    <w:p w14:paraId="5979E699" w14:textId="77777777" w:rsidR="00204874" w:rsidRDefault="00204874" w:rsidP="00204874">
      <w:pPr>
        <w:pStyle w:val="NormalWeb"/>
        <w:rPr>
          <w:rFonts w:ascii="Helvetica Neue" w:hAnsi="Helvetica Neue"/>
          <w:color w:val="000000"/>
          <w:sz w:val="27"/>
          <w:szCs w:val="27"/>
        </w:rPr>
      </w:pPr>
      <w:r>
        <w:rPr>
          <w:rStyle w:val="Strong"/>
          <w:rFonts w:ascii="Helvetica Neue" w:eastAsiaTheme="majorEastAsia" w:hAnsi="Helvetica Neue"/>
          <w:color w:val="000000"/>
          <w:sz w:val="27"/>
          <w:szCs w:val="27"/>
        </w:rPr>
        <w:t>Contact Us</w:t>
      </w:r>
    </w:p>
    <w:p w14:paraId="3216D0A1" w14:textId="77777777" w:rsidR="00724C0A" w:rsidRPr="00204874" w:rsidRDefault="001E70F6">
      <w:pPr>
        <w:rPr>
          <w:rFonts w:ascii="Helvetica Neue" w:eastAsia="Times New Roman" w:hAnsi="Helvetica Neue" w:cs="Times New Roman"/>
          <w:color w:val="000000"/>
          <w:sz w:val="27"/>
          <w:szCs w:val="27"/>
        </w:rPr>
      </w:pPr>
      <w:r w:rsidRPr="00204874">
        <w:rPr>
          <w:rFonts w:ascii="Helvetica Neue" w:eastAsia="Times New Roman" w:hAnsi="Helvetica Neue" w:cs="Times New Roman"/>
          <w:color w:val="000000"/>
          <w:sz w:val="27"/>
          <w:szCs w:val="27"/>
        </w:rPr>
        <w:t>If you have any questions about this Privacy Policy, please contact us:</w:t>
      </w:r>
    </w:p>
    <w:p w14:paraId="304E8EF9" w14:textId="77777777" w:rsidR="00724C0A" w:rsidRPr="00204874" w:rsidRDefault="001E70F6">
      <w:pPr>
        <w:pStyle w:val="ListBullet"/>
        <w:rPr>
          <w:rFonts w:ascii="Helvetica Neue" w:eastAsia="Times New Roman" w:hAnsi="Helvetica Neue" w:cs="Times New Roman"/>
          <w:color w:val="000000"/>
          <w:sz w:val="27"/>
          <w:szCs w:val="27"/>
        </w:rPr>
      </w:pPr>
      <w:r w:rsidRPr="00204874">
        <w:rPr>
          <w:rFonts w:ascii="Helvetica Neue" w:eastAsia="Times New Roman" w:hAnsi="Helvetica Neue" w:cs="Times New Roman"/>
          <w:color w:val="000000"/>
          <w:sz w:val="27"/>
          <w:szCs w:val="27"/>
        </w:rPr>
        <w:t>By email: muassat.alyamani@gmail.com</w:t>
      </w:r>
    </w:p>
    <w:sectPr w:rsidR="00724C0A" w:rsidRPr="00204874"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elvetica Neue">
    <w:altName w:val="Malgun Gothic"/>
    <w:charset w:val="00"/>
    <w:family w:val="auto"/>
    <w:pitch w:val="variable"/>
    <w:sig w:usb0="00000003" w:usb1="500079DB" w:usb2="0000001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BC0C9666"/>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3C68BC5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F06E37B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1FA3C2C"/>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94D0752"/>
    <w:multiLevelType w:val="multilevel"/>
    <w:tmpl w:val="2174BE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07A1C3D"/>
    <w:multiLevelType w:val="multilevel"/>
    <w:tmpl w:val="EE3C1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A731B19"/>
    <w:multiLevelType w:val="multilevel"/>
    <w:tmpl w:val="9E2ECF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7"/>
  </w:num>
  <w:num w:numId="3">
    <w:abstractNumId w:val="6"/>
  </w:num>
  <w:num w:numId="4">
    <w:abstractNumId w:val="5"/>
  </w:num>
  <w:num w:numId="5">
    <w:abstractNumId w:val="8"/>
  </w:num>
  <w:num w:numId="6">
    <w:abstractNumId w:val="3"/>
  </w:num>
  <w:num w:numId="7">
    <w:abstractNumId w:val="2"/>
  </w:num>
  <w:num w:numId="8">
    <w:abstractNumId w:val="1"/>
  </w:num>
  <w:num w:numId="9">
    <w:abstractNumId w:val="0"/>
  </w:num>
  <w:num w:numId="10">
    <w:abstractNumId w:val="4"/>
  </w:num>
  <w:num w:numId="11">
    <w:abstractNumId w:val="10"/>
  </w:num>
  <w:num w:numId="12">
    <w:abstractNumId w:val="11"/>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1E70F6"/>
    <w:rsid w:val="00204874"/>
    <w:rsid w:val="0025522F"/>
    <w:rsid w:val="0029639D"/>
    <w:rsid w:val="00326F90"/>
    <w:rsid w:val="00480177"/>
    <w:rsid w:val="005055B6"/>
    <w:rsid w:val="005B6DAF"/>
    <w:rsid w:val="00630838"/>
    <w:rsid w:val="00724C0A"/>
    <w:rsid w:val="00981BE0"/>
    <w:rsid w:val="00A40547"/>
    <w:rsid w:val="00AA1D8D"/>
    <w:rsid w:val="00AB6E5E"/>
    <w:rsid w:val="00B47730"/>
    <w:rsid w:val="00B50FF0"/>
    <w:rsid w:val="00B62F6D"/>
    <w:rsid w:val="00C46699"/>
    <w:rsid w:val="00CB0664"/>
    <w:rsid w:val="00CB387B"/>
    <w:rsid w:val="00D72F95"/>
    <w:rsid w:val="00D954DD"/>
    <w:rsid w:val="00DE1FBD"/>
    <w:rsid w:val="00E32964"/>
    <w:rsid w:val="00E6198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D58D20C"/>
  <w14:defaultImageDpi w14:val="300"/>
  <w15:docId w15:val="{FEB9B088-4C24-4F0A-A260-76F706FDF3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80177"/>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customStyle="1" w:styleId="1">
    <w:name w:val="Гиперссылка1"/>
    <w:basedOn w:val="Hyperlink"/>
    <w:uiPriority w:val="1"/>
    <w:qFormat/>
    <w:rsid w:val="00CB387B"/>
    <w:rPr>
      <w:color w:val="0000FF" w:themeColor="hyperlink"/>
      <w:u w:val="single"/>
    </w:rPr>
  </w:style>
  <w:style w:type="character" w:styleId="Hyperlink">
    <w:name w:val="Hyperlink"/>
    <w:basedOn w:val="DefaultParagraphFont"/>
    <w:uiPriority w:val="99"/>
    <w:semiHidden/>
    <w:unhideWhenUsed/>
    <w:rsid w:val="00CB387B"/>
    <w:rPr>
      <w:color w:val="0000FF" w:themeColor="hyperlink"/>
      <w:u w:val="single"/>
    </w:rPr>
  </w:style>
  <w:style w:type="paragraph" w:customStyle="1" w:styleId="HorizontalLine">
    <w:name w:val="Horizontal Line"/>
    <w:basedOn w:val="Normal"/>
    <w:next w:val="Normal"/>
    <w:qFormat/>
    <w:rsid w:val="00480177"/>
    <w:pPr>
      <w:pBdr>
        <w:bottom w:val="single" w:sz="4" w:space="1" w:color="auto"/>
      </w:pBdr>
    </w:pPr>
    <w:rPr>
      <w:sz w:val="2"/>
    </w:rPr>
  </w:style>
  <w:style w:type="paragraph" w:styleId="NormalWeb">
    <w:name w:val="Normal (Web)"/>
    <w:basedOn w:val="Normal"/>
    <w:uiPriority w:val="99"/>
    <w:unhideWhenUsed/>
    <w:rsid w:val="00204874"/>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5852113">
      <w:bodyDiv w:val="1"/>
      <w:marLeft w:val="0"/>
      <w:marRight w:val="0"/>
      <w:marTop w:val="0"/>
      <w:marBottom w:val="0"/>
      <w:divBdr>
        <w:top w:val="none" w:sz="0" w:space="0" w:color="auto"/>
        <w:left w:val="none" w:sz="0" w:space="0" w:color="auto"/>
        <w:bottom w:val="none" w:sz="0" w:space="0" w:color="auto"/>
        <w:right w:val="none" w:sz="0" w:space="0" w:color="auto"/>
      </w:divBdr>
      <w:divsChild>
        <w:div w:id="1947232662">
          <w:marLeft w:val="0"/>
          <w:marRight w:val="0"/>
          <w:marTop w:val="0"/>
          <w:marBottom w:val="0"/>
          <w:divBdr>
            <w:top w:val="none" w:sz="0" w:space="0" w:color="auto"/>
            <w:left w:val="none" w:sz="0" w:space="0" w:color="auto"/>
            <w:bottom w:val="none" w:sz="0" w:space="0" w:color="auto"/>
            <w:right w:val="none" w:sz="0" w:space="0" w:color="auto"/>
          </w:divBdr>
        </w:div>
      </w:divsChild>
    </w:div>
    <w:div w:id="949312917">
      <w:bodyDiv w:val="1"/>
      <w:marLeft w:val="0"/>
      <w:marRight w:val="0"/>
      <w:marTop w:val="0"/>
      <w:marBottom w:val="0"/>
      <w:divBdr>
        <w:top w:val="none" w:sz="0" w:space="0" w:color="auto"/>
        <w:left w:val="none" w:sz="0" w:space="0" w:color="auto"/>
        <w:bottom w:val="none" w:sz="0" w:space="0" w:color="auto"/>
        <w:right w:val="none" w:sz="0" w:space="0" w:color="auto"/>
      </w:divBdr>
      <w:divsChild>
        <w:div w:id="1377390542">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google.com/policies/privacy/"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BCC69C-1CB4-44D0-A3E2-17AF535FB7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4</Pages>
  <Words>706</Words>
  <Characters>4028</Characters>
  <Application>Microsoft Office Word</Application>
  <DocSecurity>0</DocSecurity>
  <Lines>33</Lines>
  <Paragraphs>9</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Manager/>
  <Company/>
  <LinksUpToDate>false</LinksUpToDate>
  <CharactersWithSpaces>4725</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Jawad Al-Zaabi</cp:lastModifiedBy>
  <cp:revision>18</cp:revision>
  <dcterms:created xsi:type="dcterms:W3CDTF">2013-12-23T23:15:00Z</dcterms:created>
  <dcterms:modified xsi:type="dcterms:W3CDTF">2019-09-23T03:58:00Z</dcterms:modified>
  <cp:category/>
</cp:coreProperties>
</file>